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1AE7" w14:textId="77777777" w:rsidR="00E80D07" w:rsidRDefault="00AB7004">
      <w:pPr>
        <w:spacing w:after="60"/>
        <w:jc w:val="center"/>
      </w:pPr>
      <w:r>
        <w:rPr>
          <w:b/>
          <w:sz w:val="30"/>
        </w:rPr>
        <w:t>FICHE ANNUAIRE</w:t>
      </w:r>
    </w:p>
    <w:p w14:paraId="7DF5CBEF" w14:textId="77777777" w:rsidR="00E80D07" w:rsidRDefault="00AB7004">
      <w:pPr>
        <w:spacing w:after="140"/>
        <w:jc w:val="center"/>
      </w:pPr>
      <w:r>
        <w:rPr>
          <w:i/>
        </w:rPr>
        <w:t>Société d’étude du XVIIe siècle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458"/>
      </w:tblGrid>
      <w:tr w:rsidR="00E80D07" w14:paraId="09C2AFB7" w14:textId="77777777">
        <w:trPr>
          <w:trHeight w:hRule="exact" w:val="329"/>
          <w:jc w:val="center"/>
        </w:trPr>
        <w:tc>
          <w:tcPr>
            <w:tcW w:w="10540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EDEDED"/>
            <w:tcMar>
              <w:top w:w="50" w:type="dxa"/>
              <w:left w:w="85" w:type="dxa"/>
              <w:bottom w:w="35" w:type="dxa"/>
              <w:right w:w="85" w:type="dxa"/>
            </w:tcMar>
          </w:tcPr>
          <w:p w14:paraId="599D7C9E" w14:textId="77777777" w:rsidR="00E80D07" w:rsidRDefault="00AB7004">
            <w:r>
              <w:rPr>
                <w:b/>
              </w:rPr>
              <w:t>IDENTITÉ ET COORDONNÉES</w:t>
            </w:r>
          </w:p>
        </w:tc>
      </w:tr>
      <w:tr w:rsidR="00E80D07" w14:paraId="268FD0D8" w14:textId="77777777">
        <w:trPr>
          <w:trHeight w:val="386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DBABB1" w14:textId="77777777" w:rsidR="00E80D07" w:rsidRDefault="00AB7004">
            <w:pPr>
              <w:spacing w:line="240" w:lineRule="auto"/>
            </w:pPr>
            <w:r>
              <w:rPr>
                <w:b/>
              </w:rPr>
              <w:t>Nom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565F38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04F3340D" w14:textId="77777777">
        <w:trPr>
          <w:trHeight w:val="386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64BBEB7" w14:textId="77777777" w:rsidR="00E80D07" w:rsidRDefault="00AB7004">
            <w:pPr>
              <w:spacing w:line="240" w:lineRule="auto"/>
            </w:pPr>
            <w:r>
              <w:rPr>
                <w:b/>
              </w:rPr>
              <w:t>Prénom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E060ED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10C79687" w14:textId="77777777">
        <w:trPr>
          <w:trHeight w:val="386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12082EF" w14:textId="77777777" w:rsidR="00E80D07" w:rsidRDefault="00AB7004">
            <w:pPr>
              <w:spacing w:line="240" w:lineRule="auto"/>
            </w:pPr>
            <w:r>
              <w:rPr>
                <w:b/>
              </w:rPr>
              <w:t>Année de naissance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4BC4BE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28F94991" w14:textId="77777777">
        <w:trPr>
          <w:trHeight w:val="386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3E66E64" w14:textId="77777777" w:rsidR="00E80D07" w:rsidRDefault="00AB7004">
            <w:pPr>
              <w:spacing w:line="240" w:lineRule="auto"/>
            </w:pPr>
            <w:r>
              <w:rPr>
                <w:b/>
              </w:rPr>
              <w:t>Fonction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A25D8C1" w14:textId="13AE3190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5AC2A0CB" w14:textId="77777777">
        <w:trPr>
          <w:trHeight w:val="408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881743" w14:textId="77777777" w:rsidR="00E80D07" w:rsidRDefault="00AB7004">
            <w:pPr>
              <w:spacing w:line="240" w:lineRule="auto"/>
            </w:pPr>
            <w:r>
              <w:rPr>
                <w:b/>
              </w:rPr>
              <w:t>Institution de rattachement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F17281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53D4AD17" w14:textId="77777777">
        <w:trPr>
          <w:trHeight w:val="527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9F7518" w14:textId="77777777" w:rsidR="00E80D07" w:rsidRDefault="00AB7004">
            <w:pPr>
              <w:spacing w:line="240" w:lineRule="auto"/>
            </w:pPr>
            <w:r>
              <w:rPr>
                <w:b/>
              </w:rPr>
              <w:t>Adresse professionnelle :</w:t>
            </w:r>
          </w:p>
        </w:tc>
        <w:tc>
          <w:tcPr>
            <w:tcW w:w="5953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3B5C0265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5A7792B5" w14:textId="77777777">
        <w:trPr>
          <w:trHeight w:val="386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012160" w14:textId="77777777" w:rsidR="00E80D07" w:rsidRDefault="00AB7004">
            <w:pPr>
              <w:spacing w:line="240" w:lineRule="auto"/>
            </w:pPr>
            <w:r>
              <w:rPr>
                <w:b/>
              </w:rPr>
              <w:t>Téléphone professionnel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6A276E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5058C811" w14:textId="77777777">
        <w:trPr>
          <w:trHeight w:val="527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440B3D" w14:textId="77777777" w:rsidR="00E80D07" w:rsidRDefault="00AB7004">
            <w:pPr>
              <w:spacing w:line="240" w:lineRule="auto"/>
            </w:pPr>
            <w:r>
              <w:rPr>
                <w:b/>
              </w:rPr>
              <w:t>Adresse personnelle :</w:t>
            </w:r>
          </w:p>
        </w:tc>
        <w:tc>
          <w:tcPr>
            <w:tcW w:w="5953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256FE2B4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49059141" w14:textId="77777777">
        <w:trPr>
          <w:trHeight w:val="386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00023F" w14:textId="77777777" w:rsidR="00E80D07" w:rsidRDefault="00AB7004">
            <w:pPr>
              <w:spacing w:line="240" w:lineRule="auto"/>
            </w:pPr>
            <w:r>
              <w:rPr>
                <w:b/>
              </w:rPr>
              <w:t>Téléphone personnel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063356F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140126AD" w14:textId="77777777">
        <w:trPr>
          <w:trHeight w:val="386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A251B6" w14:textId="77777777" w:rsidR="00E80D07" w:rsidRDefault="00AB7004">
            <w:pPr>
              <w:spacing w:line="240" w:lineRule="auto"/>
            </w:pPr>
            <w:r>
              <w:rPr>
                <w:b/>
              </w:rPr>
              <w:t>Adresse électronique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25B0EB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1F570F7A" w14:textId="77777777">
        <w:trPr>
          <w:trHeight w:hRule="exact" w:val="329"/>
          <w:jc w:val="center"/>
        </w:trPr>
        <w:tc>
          <w:tcPr>
            <w:tcW w:w="10540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EDEDED"/>
            <w:tcMar>
              <w:top w:w="50" w:type="dxa"/>
              <w:left w:w="85" w:type="dxa"/>
              <w:bottom w:w="35" w:type="dxa"/>
              <w:right w:w="85" w:type="dxa"/>
            </w:tcMar>
          </w:tcPr>
          <w:p w14:paraId="0B3585B4" w14:textId="77777777" w:rsidR="00E80D07" w:rsidRDefault="00AB7004">
            <w:r>
              <w:rPr>
                <w:b/>
              </w:rPr>
              <w:t>PROFIL SCIENTIFIQUE</w:t>
            </w:r>
          </w:p>
        </w:tc>
      </w:tr>
      <w:tr w:rsidR="00E80D07" w14:paraId="163D4097" w14:textId="77777777">
        <w:trPr>
          <w:trHeight w:val="425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F980ED" w14:textId="77777777" w:rsidR="00E80D07" w:rsidRDefault="00AB7004">
            <w:pPr>
              <w:spacing w:line="240" w:lineRule="auto"/>
            </w:pPr>
            <w:r>
              <w:rPr>
                <w:b/>
              </w:rPr>
              <w:t>Discipline(s) de spécialité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D3FA7D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31F89739" w14:textId="77777777">
        <w:trPr>
          <w:trHeight w:val="499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6E396A7" w14:textId="77777777" w:rsidR="00E80D07" w:rsidRDefault="00AB7004">
            <w:pPr>
              <w:spacing w:line="240" w:lineRule="auto"/>
            </w:pPr>
            <w:r>
              <w:rPr>
                <w:b/>
              </w:rPr>
              <w:t>Domaine(s) de spécialité (mots-clés) :</w:t>
            </w:r>
          </w:p>
        </w:tc>
        <w:tc>
          <w:tcPr>
            <w:tcW w:w="5953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24176E8B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4A22CDCC" w14:textId="77777777">
        <w:trPr>
          <w:trHeight w:val="425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CE3F8C" w14:textId="77777777" w:rsidR="00E80D07" w:rsidRDefault="00AB7004">
            <w:pPr>
              <w:spacing w:line="240" w:lineRule="auto"/>
            </w:pPr>
            <w:r>
              <w:rPr>
                <w:b/>
              </w:rPr>
              <w:t>Auteur(s) de spécialité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B68AF89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581F999D" w14:textId="77777777">
        <w:trPr>
          <w:trHeight w:val="567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3DD956" w14:textId="77777777" w:rsidR="00E80D07" w:rsidRDefault="00AB7004">
            <w:pPr>
              <w:spacing w:line="240" w:lineRule="auto"/>
            </w:pPr>
            <w:r>
              <w:rPr>
                <w:b/>
              </w:rPr>
              <w:t>Sujet de thèse de doctorat (et date de soutenance) :</w:t>
            </w:r>
          </w:p>
        </w:tc>
        <w:tc>
          <w:tcPr>
            <w:tcW w:w="5953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43C783FF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290ADB79" w14:textId="77777777">
        <w:trPr>
          <w:trHeight w:val="539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F54FCEB" w14:textId="77777777" w:rsidR="00E80D07" w:rsidRDefault="00AB7004">
            <w:pPr>
              <w:spacing w:line="240" w:lineRule="auto"/>
            </w:pPr>
            <w:r>
              <w:rPr>
                <w:b/>
              </w:rPr>
              <w:t>Sujet d’HDR (et date de soutenance) :</w:t>
            </w:r>
          </w:p>
        </w:tc>
        <w:tc>
          <w:tcPr>
            <w:tcW w:w="5953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0A7797E5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4760A696" w14:textId="77777777">
        <w:trPr>
          <w:trHeight w:val="397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927C0A" w14:textId="77777777" w:rsidR="00E80D07" w:rsidRDefault="00AB7004">
            <w:pPr>
              <w:spacing w:line="240" w:lineRule="auto"/>
            </w:pPr>
            <w:r>
              <w:rPr>
                <w:b/>
              </w:rPr>
              <w:t>Langue(s) pratiquée(s)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AD3F43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0EEAC74C" w14:textId="77777777">
        <w:trPr>
          <w:trHeight w:val="397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E399A3" w14:textId="77777777" w:rsidR="00E80D07" w:rsidRDefault="00AB7004">
            <w:pPr>
              <w:spacing w:line="240" w:lineRule="auto"/>
            </w:pPr>
            <w:r>
              <w:rPr>
                <w:b/>
              </w:rPr>
              <w:t>Lien vers une page personnelle 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808080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89F78D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  <w:tr w:rsidR="00E80D07" w14:paraId="0DBD522A" w14:textId="77777777">
        <w:trPr>
          <w:trHeight w:hRule="exact" w:val="329"/>
          <w:jc w:val="center"/>
        </w:trPr>
        <w:tc>
          <w:tcPr>
            <w:tcW w:w="10540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EDEDED"/>
            <w:tcMar>
              <w:top w:w="50" w:type="dxa"/>
              <w:left w:w="85" w:type="dxa"/>
              <w:bottom w:w="35" w:type="dxa"/>
              <w:right w:w="85" w:type="dxa"/>
            </w:tcMar>
          </w:tcPr>
          <w:p w14:paraId="5FEC77D0" w14:textId="77777777" w:rsidR="00E80D07" w:rsidRDefault="00AB7004">
            <w:r>
              <w:rPr>
                <w:b/>
              </w:rPr>
              <w:t>PARTICIPATION AUX ACTIVITÉS DE LA REVUE</w:t>
            </w:r>
          </w:p>
        </w:tc>
      </w:tr>
      <w:tr w:rsidR="00E80D07" w14:paraId="6BBB35AA" w14:textId="77777777">
        <w:trPr>
          <w:trHeight w:val="454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305C271" w14:textId="77777777" w:rsidR="00E80D07" w:rsidRDefault="00AB7004">
            <w:pPr>
              <w:spacing w:line="240" w:lineRule="auto"/>
            </w:pPr>
            <w:r>
              <w:rPr>
                <w:b/>
              </w:rPr>
              <w:t>Accepte de rédiger des expertises d’articles 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0130D4" w14:textId="77777777" w:rsidR="00E80D07" w:rsidRDefault="00AB7004">
            <w:sdt>
              <w:sdtPr>
                <w:alias w:val="OUI"/>
                <w:id w:val="37595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OUI</w:t>
            </w:r>
            <w:r>
              <w:t xml:space="preserve">      </w:t>
            </w:r>
            <w:sdt>
              <w:sdtPr>
                <w:alias w:val="NON"/>
                <w:id w:val="75877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NON</w:t>
            </w:r>
          </w:p>
        </w:tc>
      </w:tr>
      <w:tr w:rsidR="00E80D07" w14:paraId="31A430AC" w14:textId="77777777">
        <w:trPr>
          <w:trHeight w:val="454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806B651" w14:textId="77777777" w:rsidR="00E80D07" w:rsidRDefault="00AB7004">
            <w:pPr>
              <w:spacing w:line="240" w:lineRule="auto"/>
            </w:pPr>
            <w:r>
              <w:rPr>
                <w:b/>
              </w:rPr>
              <w:t>Accepte de rédiger des comptes rendus 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8D0923" w14:textId="77777777" w:rsidR="00E80D07" w:rsidRDefault="00AB7004">
            <w:sdt>
              <w:sdtPr>
                <w:alias w:val="OUI"/>
                <w:id w:val="181668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OUI</w:t>
            </w:r>
            <w:r>
              <w:t xml:space="preserve">      </w:t>
            </w:r>
            <w:sdt>
              <w:sdtPr>
                <w:alias w:val="NON"/>
                <w:id w:val="78971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t xml:space="preserve"> NON</w:t>
            </w:r>
          </w:p>
        </w:tc>
      </w:tr>
      <w:tr w:rsidR="00E80D07" w14:paraId="352412DC" w14:textId="77777777">
        <w:trPr>
          <w:trHeight w:hRule="exact" w:val="329"/>
          <w:jc w:val="center"/>
        </w:trPr>
        <w:tc>
          <w:tcPr>
            <w:tcW w:w="10540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EDEDED"/>
            <w:tcMar>
              <w:top w:w="50" w:type="dxa"/>
              <w:left w:w="85" w:type="dxa"/>
              <w:bottom w:w="35" w:type="dxa"/>
              <w:right w:w="85" w:type="dxa"/>
            </w:tcMar>
          </w:tcPr>
          <w:p w14:paraId="02EC0FBA" w14:textId="77777777" w:rsidR="00E80D07" w:rsidRDefault="00AB7004">
            <w:r>
              <w:rPr>
                <w:b/>
              </w:rPr>
              <w:t>INFORMATIONS COMPLÉMENTAIRES</w:t>
            </w:r>
          </w:p>
        </w:tc>
      </w:tr>
      <w:tr w:rsidR="00E80D07" w14:paraId="47EAC4CE" w14:textId="77777777">
        <w:trPr>
          <w:trHeight w:val="595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F455EB" w14:textId="77777777" w:rsidR="00E80D07" w:rsidRDefault="00AB7004">
            <w:pPr>
              <w:spacing w:line="240" w:lineRule="auto"/>
            </w:pPr>
            <w:r>
              <w:rPr>
                <w:b/>
              </w:rPr>
              <w:t>Indications complémentaires (congé, détachement…) :</w:t>
            </w:r>
          </w:p>
        </w:tc>
        <w:tc>
          <w:tcPr>
            <w:tcW w:w="5953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0F90FA9B" w14:textId="77777777" w:rsidR="00E80D07" w:rsidRDefault="00AB7004">
            <w:pPr>
              <w:spacing w:line="240" w:lineRule="auto"/>
            </w:pPr>
            <w:r>
              <w:t> </w:t>
            </w:r>
          </w:p>
        </w:tc>
      </w:tr>
    </w:tbl>
    <w:p w14:paraId="148CEB08" w14:textId="77777777" w:rsidR="00E80D07" w:rsidRDefault="00E80D07"/>
    <w:sectPr w:rsidR="00E80D07" w:rsidSect="00034616">
      <w:pgSz w:w="12240" w:h="15840"/>
      <w:pgMar w:top="709" w:right="850" w:bottom="709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3812540">
    <w:abstractNumId w:val="8"/>
  </w:num>
  <w:num w:numId="2" w16cid:durableId="1657881267">
    <w:abstractNumId w:val="6"/>
  </w:num>
  <w:num w:numId="3" w16cid:durableId="336082309">
    <w:abstractNumId w:val="5"/>
  </w:num>
  <w:num w:numId="4" w16cid:durableId="1861115999">
    <w:abstractNumId w:val="4"/>
  </w:num>
  <w:num w:numId="5" w16cid:durableId="258761837">
    <w:abstractNumId w:val="7"/>
  </w:num>
  <w:num w:numId="6" w16cid:durableId="468402737">
    <w:abstractNumId w:val="3"/>
  </w:num>
  <w:num w:numId="7" w16cid:durableId="386030220">
    <w:abstractNumId w:val="2"/>
  </w:num>
  <w:num w:numId="8" w16cid:durableId="484854150">
    <w:abstractNumId w:val="1"/>
  </w:num>
  <w:num w:numId="9" w16cid:durableId="107381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7F3B"/>
    <w:rsid w:val="0029639D"/>
    <w:rsid w:val="00326F90"/>
    <w:rsid w:val="00935683"/>
    <w:rsid w:val="00AA1D8D"/>
    <w:rsid w:val="00AB7004"/>
    <w:rsid w:val="00B47730"/>
    <w:rsid w:val="00CB0664"/>
    <w:rsid w:val="00E80D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C37BBA0-BD2B-4781-84E5-5CB4839D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Xavier PAROUTAUD</cp:lastModifiedBy>
  <cp:revision>2</cp:revision>
  <dcterms:created xsi:type="dcterms:W3CDTF">2013-12-23T23:15:00Z</dcterms:created>
  <dcterms:modified xsi:type="dcterms:W3CDTF">2026-07-31T12:37:00Z</dcterms:modified>
  <cp:category/>
</cp:coreProperties>
</file>